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82E6C" w14:textId="6B17212E" w:rsidR="004227D1" w:rsidRPr="004227D1" w:rsidRDefault="004227D1" w:rsidP="004227D1">
      <w:pPr>
        <w:rPr>
          <w:b/>
        </w:rPr>
      </w:pPr>
      <w:r>
        <w:rPr>
          <w:b/>
          <w:noProof/>
        </w:rPr>
        <w:drawing>
          <wp:inline distT="0" distB="0" distL="0" distR="0" wp14:anchorId="3B7C5A8F" wp14:editId="627286C6">
            <wp:extent cx="5572125" cy="79691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54D9B9.tmp"/>
                    <pic:cNvPicPr/>
                  </pic:nvPicPr>
                  <pic:blipFill>
                    <a:blip r:embed="rId11"/>
                    <a:stretch>
                      <a:fillRect/>
                    </a:stretch>
                  </pic:blipFill>
                  <pic:spPr>
                    <a:xfrm>
                      <a:off x="0" y="0"/>
                      <a:ext cx="5574895" cy="7973123"/>
                    </a:xfrm>
                    <a:prstGeom prst="rect">
                      <a:avLst/>
                    </a:prstGeom>
                  </pic:spPr>
                </pic:pic>
              </a:graphicData>
            </a:graphic>
          </wp:inline>
        </w:drawing>
      </w:r>
      <w:bookmarkStart w:id="0" w:name="_GoBack"/>
      <w:bookmarkEnd w:id="0"/>
    </w:p>
    <w:p w14:paraId="59515D77" w14:textId="77777777" w:rsidR="004227D1" w:rsidRDefault="004227D1" w:rsidP="004227D1">
      <w:pPr>
        <w:spacing w:after="0" w:line="240" w:lineRule="auto"/>
        <w:jc w:val="center"/>
        <w:rPr>
          <w:rFonts w:ascii="Calibri Light" w:eastAsia="Calibri" w:hAnsi="Calibri Light" w:cs="Calibri Light"/>
          <w:sz w:val="20"/>
        </w:rPr>
      </w:pPr>
    </w:p>
    <w:p w14:paraId="18E25A67" w14:textId="77777777" w:rsidR="004227D1" w:rsidRDefault="004227D1" w:rsidP="004227D1">
      <w:pPr>
        <w:spacing w:after="0" w:line="240" w:lineRule="auto"/>
        <w:jc w:val="center"/>
        <w:rPr>
          <w:rFonts w:ascii="Calibri Light" w:eastAsia="Calibri" w:hAnsi="Calibri Light" w:cs="Calibri Light"/>
          <w:sz w:val="20"/>
        </w:rPr>
      </w:pPr>
    </w:p>
    <w:p w14:paraId="72DBEE28" w14:textId="217B791F" w:rsidR="004227D1" w:rsidRPr="000B7F6C" w:rsidRDefault="004227D1" w:rsidP="004227D1">
      <w:pPr>
        <w:spacing w:after="0" w:line="240" w:lineRule="auto"/>
        <w:jc w:val="center"/>
        <w:rPr>
          <w:rFonts w:ascii="Calibri Light" w:eastAsia="Calibri" w:hAnsi="Calibri Light" w:cs="Calibri Light"/>
          <w:sz w:val="20"/>
        </w:rPr>
      </w:pPr>
      <w:proofErr w:type="spellStart"/>
      <w:r w:rsidRPr="000B7F6C">
        <w:rPr>
          <w:rFonts w:ascii="Calibri Light" w:eastAsia="Calibri" w:hAnsi="Calibri Light" w:cs="Calibri Light"/>
          <w:sz w:val="20"/>
        </w:rPr>
        <w:t>Elmley</w:t>
      </w:r>
      <w:proofErr w:type="spellEnd"/>
      <w:r w:rsidRPr="000B7F6C">
        <w:rPr>
          <w:rFonts w:ascii="Calibri Light" w:eastAsia="Calibri" w:hAnsi="Calibri Light" w:cs="Calibri Light"/>
          <w:sz w:val="20"/>
        </w:rPr>
        <w:t xml:space="preserve"> Castle C of E First School Vision</w:t>
      </w:r>
    </w:p>
    <w:p w14:paraId="7A4C7AF3" w14:textId="77777777" w:rsidR="004227D1" w:rsidRPr="000B7F6C" w:rsidRDefault="004227D1" w:rsidP="004227D1">
      <w:pPr>
        <w:spacing w:after="0" w:line="240" w:lineRule="auto"/>
        <w:jc w:val="center"/>
        <w:rPr>
          <w:rFonts w:ascii="Calibri Light" w:eastAsia="Calibri" w:hAnsi="Calibri Light" w:cs="Calibri Light"/>
          <w:sz w:val="20"/>
        </w:rPr>
      </w:pPr>
    </w:p>
    <w:p w14:paraId="6315B762"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 xml:space="preserve">At </w:t>
      </w:r>
      <w:proofErr w:type="spellStart"/>
      <w:r w:rsidRPr="000B7F6C">
        <w:rPr>
          <w:rFonts w:ascii="Calibri Light" w:eastAsia="Calibri" w:hAnsi="Calibri Light" w:cs="Calibri Light"/>
          <w:sz w:val="20"/>
        </w:rPr>
        <w:t>Elmley</w:t>
      </w:r>
      <w:proofErr w:type="spellEnd"/>
      <w:r w:rsidRPr="000B7F6C">
        <w:rPr>
          <w:rFonts w:ascii="Calibri Light" w:eastAsia="Calibri" w:hAnsi="Calibri Light" w:cs="Calibri Light"/>
          <w:sz w:val="20"/>
        </w:rPr>
        <w:t xml:space="preserve"> Castle C of E First School, we believe that every child is a light in the world. We love</w:t>
      </w:r>
    </w:p>
    <w:p w14:paraId="53291539"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one another, inspire growth, and serve our community with kindness. We embrace resilience,</w:t>
      </w:r>
    </w:p>
    <w:p w14:paraId="6A2017C0"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learning from our mistakes and growing stronger together. Each day, we strive to shine in all that</w:t>
      </w:r>
    </w:p>
    <w:p w14:paraId="6C3C1E1A"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we do, creating a safe and welcoming space where everyone can grow in faith, knowledge, and</w:t>
      </w:r>
    </w:p>
    <w:p w14:paraId="595BC73A"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community. Together, we light the way for a brighter future, serving as beacons of hope and love</w:t>
      </w:r>
    </w:p>
    <w:p w14:paraId="30F6D89C"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to all.</w:t>
      </w:r>
    </w:p>
    <w:p w14:paraId="08E098AA" w14:textId="77777777" w:rsidR="004227D1" w:rsidRPr="000B7F6C" w:rsidRDefault="004227D1" w:rsidP="004227D1">
      <w:pPr>
        <w:spacing w:after="0" w:line="240" w:lineRule="auto"/>
        <w:jc w:val="center"/>
        <w:rPr>
          <w:rFonts w:ascii="Calibri Light" w:eastAsia="Calibri" w:hAnsi="Calibri Light" w:cs="Calibri Light"/>
          <w:sz w:val="20"/>
        </w:rPr>
      </w:pPr>
    </w:p>
    <w:p w14:paraId="2B4D69E1"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"You are the light of the world. A city set on a hill cannot be hidden." – Matthew 5:14</w:t>
      </w:r>
    </w:p>
    <w:p w14:paraId="53E3B873" w14:textId="77777777" w:rsidR="004227D1" w:rsidRPr="000B7F6C" w:rsidRDefault="004227D1" w:rsidP="004227D1">
      <w:pPr>
        <w:spacing w:after="0" w:line="240" w:lineRule="auto"/>
        <w:jc w:val="center"/>
        <w:rPr>
          <w:rFonts w:ascii="Calibri Light" w:eastAsia="Calibri" w:hAnsi="Calibri Light" w:cs="Calibri Light"/>
          <w:sz w:val="20"/>
        </w:rPr>
      </w:pPr>
    </w:p>
    <w:p w14:paraId="6227FA34"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BLISS</w:t>
      </w:r>
    </w:p>
    <w:p w14:paraId="32B68258"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Believe in yourself</w:t>
      </w:r>
    </w:p>
    <w:p w14:paraId="1EB34190"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Love one another</w:t>
      </w:r>
    </w:p>
    <w:p w14:paraId="5DE6F1C0"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Inspire greatness</w:t>
      </w:r>
    </w:p>
    <w:p w14:paraId="7FD534AD"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Shine with kindness</w:t>
      </w:r>
    </w:p>
    <w:p w14:paraId="3152E090" w14:textId="77777777" w:rsidR="004227D1" w:rsidRPr="000B7F6C" w:rsidRDefault="004227D1" w:rsidP="004227D1">
      <w:pPr>
        <w:spacing w:after="0" w:line="240" w:lineRule="auto"/>
        <w:jc w:val="center"/>
        <w:rPr>
          <w:rFonts w:ascii="Calibri Light" w:eastAsia="Calibri" w:hAnsi="Calibri Light" w:cs="Calibri Light"/>
          <w:sz w:val="20"/>
        </w:rPr>
      </w:pPr>
      <w:r w:rsidRPr="000B7F6C">
        <w:rPr>
          <w:rFonts w:ascii="Calibri Light" w:eastAsia="Calibri" w:hAnsi="Calibri Light" w:cs="Calibri Light"/>
          <w:sz w:val="20"/>
        </w:rPr>
        <w:t>Serve with a heart of compassion</w:t>
      </w:r>
    </w:p>
    <w:p w14:paraId="537DB6C6" w14:textId="77777777" w:rsidR="004227D1" w:rsidRPr="00A35CC1" w:rsidRDefault="004227D1" w:rsidP="004227D1">
      <w:pPr>
        <w:spacing w:before="240" w:after="240"/>
        <w:jc w:val="center"/>
        <w:rPr>
          <w:rFonts w:ascii="Calibri Light" w:eastAsia="Calibri" w:hAnsi="Calibri Light" w:cs="Calibri Light"/>
          <w:sz w:val="20"/>
        </w:rPr>
      </w:pPr>
      <w:r w:rsidRPr="000B7F6C">
        <w:rPr>
          <w:rFonts w:ascii="Calibri Light" w:eastAsia="Times New Roman" w:hAnsi="Calibri Light" w:cs="Calibri Light"/>
          <w:color w:val="000000"/>
          <w:sz w:val="20"/>
        </w:rPr>
        <w:t>Let your Light Shine!</w:t>
      </w:r>
    </w:p>
    <w:p w14:paraId="6A8BF308" w14:textId="77777777" w:rsidR="00CA404D" w:rsidRDefault="00CA404D"/>
    <w:p w14:paraId="15F763DC" w14:textId="77777777" w:rsidR="00CA404D" w:rsidRPr="004227D1" w:rsidRDefault="00B56C80">
      <w:pPr>
        <w:rPr>
          <w:rFonts w:ascii="Calibri Light" w:hAnsi="Calibri Light" w:cs="Calibri Light"/>
          <w:b/>
        </w:rPr>
      </w:pPr>
      <w:r w:rsidRPr="004227D1">
        <w:rPr>
          <w:rFonts w:ascii="Calibri Light" w:hAnsi="Calibri Light" w:cs="Calibri Light"/>
          <w:b/>
        </w:rPr>
        <w:t>1. Statement of Intent</w:t>
      </w:r>
    </w:p>
    <w:p w14:paraId="4EBE9C41" w14:textId="77777777" w:rsidR="00CA404D" w:rsidRPr="004227D1" w:rsidRDefault="00B56C80">
      <w:pPr>
        <w:rPr>
          <w:rFonts w:ascii="Calibri Light" w:hAnsi="Calibri Light" w:cs="Calibri Light"/>
        </w:rPr>
      </w:pPr>
      <w:r w:rsidRPr="004227D1">
        <w:rPr>
          <w:rFonts w:ascii="Calibri Light" w:hAnsi="Calibri Light" w:cs="Calibri Light"/>
        </w:rPr>
        <w:t>At Elmley Castle CE First School, in line with our Christian vision</w:t>
      </w:r>
      <w:proofErr w:type="gramStart"/>
      <w:r w:rsidRPr="004227D1">
        <w:rPr>
          <w:rFonts w:ascii="Calibri Light" w:hAnsi="Calibri Light" w:cs="Calibri Light"/>
        </w:rPr>
        <w:t>—“</w:t>
      </w:r>
      <w:proofErr w:type="gramEnd"/>
      <w:r w:rsidRPr="004227D1">
        <w:rPr>
          <w:rFonts w:ascii="Calibri Light" w:hAnsi="Calibri Light" w:cs="Calibri Light"/>
        </w:rPr>
        <w:t>Let Your Light Shine”—we believe every child deserves to learn in a safe, nurturing environment. We are committed to minimising the use of restrictive interventions and ensuring any such measures are lawful, proportionate, and focused on preserving the dignity, welfare, and rights of every pupil.</w:t>
      </w:r>
    </w:p>
    <w:p w14:paraId="017D3F56" w14:textId="77777777" w:rsidR="00CA404D" w:rsidRPr="004227D1" w:rsidRDefault="00B56C80">
      <w:pPr>
        <w:rPr>
          <w:rFonts w:ascii="Calibri Light" w:hAnsi="Calibri Light" w:cs="Calibri Light"/>
          <w:b/>
        </w:rPr>
      </w:pPr>
      <w:r w:rsidRPr="004227D1">
        <w:rPr>
          <w:rFonts w:ascii="Calibri Light" w:hAnsi="Calibri Light" w:cs="Calibri Light"/>
          <w:b/>
        </w:rPr>
        <w:t>2. Legal and Statutory Framework</w:t>
      </w:r>
    </w:p>
    <w:p w14:paraId="3CF371ED" w14:textId="77777777" w:rsidR="00CA404D" w:rsidRPr="004227D1" w:rsidRDefault="00B56C80">
      <w:pPr>
        <w:rPr>
          <w:rFonts w:ascii="Calibri Light" w:hAnsi="Calibri Light" w:cs="Calibri Light"/>
        </w:rPr>
      </w:pPr>
      <w:r w:rsidRPr="004227D1">
        <w:rPr>
          <w:rFonts w:ascii="Calibri Light" w:hAnsi="Calibri Light" w:cs="Calibri Light"/>
        </w:rPr>
        <w:t>This policy is based on:</w:t>
      </w:r>
    </w:p>
    <w:p w14:paraId="626666F7" w14:textId="77777777" w:rsidR="00CA404D" w:rsidRPr="004227D1" w:rsidRDefault="00B56C80">
      <w:pPr>
        <w:rPr>
          <w:rFonts w:ascii="Calibri Light" w:hAnsi="Calibri Light" w:cs="Calibri Light"/>
        </w:rPr>
      </w:pPr>
      <w:r w:rsidRPr="004227D1">
        <w:rPr>
          <w:rFonts w:ascii="Calibri Light" w:hAnsi="Calibri Light" w:cs="Calibri Light"/>
        </w:rPr>
        <w:t>- DfE: Restrictive interventions, including use of reasonable force, in schools (effective April 2026).</w:t>
      </w:r>
    </w:p>
    <w:p w14:paraId="0D88FD2E" w14:textId="77777777" w:rsidR="00CA404D" w:rsidRPr="004227D1" w:rsidRDefault="00B56C80">
      <w:pPr>
        <w:rPr>
          <w:rFonts w:ascii="Calibri Light" w:hAnsi="Calibri Light" w:cs="Calibri Light"/>
        </w:rPr>
      </w:pPr>
      <w:r w:rsidRPr="004227D1">
        <w:rPr>
          <w:rFonts w:ascii="Calibri Light" w:hAnsi="Calibri Light" w:cs="Calibri Light"/>
        </w:rPr>
        <w:t>- Schools (Recording and Reporting of Seclusion and Restraint) (No. 2) (England) Regulations 2025.</w:t>
      </w:r>
    </w:p>
    <w:p w14:paraId="5B659351" w14:textId="77777777" w:rsidR="00CA404D" w:rsidRPr="004227D1" w:rsidRDefault="00B56C80">
      <w:pPr>
        <w:rPr>
          <w:rFonts w:ascii="Calibri Light" w:hAnsi="Calibri Light" w:cs="Calibri Light"/>
          <w:b/>
        </w:rPr>
      </w:pPr>
      <w:r w:rsidRPr="004227D1">
        <w:rPr>
          <w:rFonts w:ascii="Calibri Light" w:hAnsi="Calibri Light" w:cs="Calibri Light"/>
          <w:b/>
        </w:rPr>
        <w:t>3. Definitions</w:t>
      </w:r>
    </w:p>
    <w:p w14:paraId="62D180D0" w14:textId="77777777" w:rsidR="00CA404D" w:rsidRPr="004227D1" w:rsidRDefault="00B56C80">
      <w:pPr>
        <w:rPr>
          <w:rFonts w:ascii="Calibri Light" w:hAnsi="Calibri Light" w:cs="Calibri Light"/>
        </w:rPr>
      </w:pPr>
      <w:r w:rsidRPr="004227D1">
        <w:rPr>
          <w:rFonts w:ascii="Calibri Light" w:hAnsi="Calibri Light" w:cs="Calibri Light"/>
        </w:rPr>
        <w:t>Restrictive Interventions: Any action that limits a pupil’s movement or freedom to act, including physical restraint, seclusion, or forced holding.</w:t>
      </w:r>
    </w:p>
    <w:p w14:paraId="1A47851B" w14:textId="77777777" w:rsidR="00CA404D" w:rsidRPr="004227D1" w:rsidRDefault="00B56C80">
      <w:pPr>
        <w:rPr>
          <w:rFonts w:ascii="Calibri Light" w:hAnsi="Calibri Light" w:cs="Calibri Light"/>
        </w:rPr>
      </w:pPr>
      <w:r w:rsidRPr="004227D1">
        <w:rPr>
          <w:rFonts w:ascii="Calibri Light" w:hAnsi="Calibri Light" w:cs="Calibri Light"/>
        </w:rPr>
        <w:t>Reasonable Force: Physical force necessary to prevent harm, criminal activity, or serious disruption.</w:t>
      </w:r>
    </w:p>
    <w:p w14:paraId="44CA129B" w14:textId="77777777" w:rsidR="00CA404D" w:rsidRPr="004227D1" w:rsidRDefault="00B56C80">
      <w:pPr>
        <w:rPr>
          <w:rFonts w:ascii="Calibri Light" w:hAnsi="Calibri Light" w:cs="Calibri Light"/>
        </w:rPr>
      </w:pPr>
      <w:r w:rsidRPr="004227D1">
        <w:rPr>
          <w:rFonts w:ascii="Calibri Light" w:hAnsi="Calibri Light" w:cs="Calibri Light"/>
        </w:rPr>
        <w:t>Seclusion: Placement of a pupil alone in a safe environment against their will to prevent harm.</w:t>
      </w:r>
    </w:p>
    <w:p w14:paraId="1738AE2F" w14:textId="77777777" w:rsidR="00CA404D" w:rsidRPr="004227D1" w:rsidRDefault="00B56C80">
      <w:pPr>
        <w:rPr>
          <w:rFonts w:ascii="Calibri Light" w:hAnsi="Calibri Light" w:cs="Calibri Light"/>
          <w:b/>
        </w:rPr>
      </w:pPr>
      <w:r w:rsidRPr="004227D1">
        <w:rPr>
          <w:rFonts w:ascii="Calibri Light" w:hAnsi="Calibri Light" w:cs="Calibri Light"/>
          <w:b/>
        </w:rPr>
        <w:lastRenderedPageBreak/>
        <w:t>4. Principles and Preventative Approach</w:t>
      </w:r>
    </w:p>
    <w:p w14:paraId="747F0DCC" w14:textId="77777777" w:rsidR="00CA404D" w:rsidRPr="004227D1" w:rsidRDefault="00B56C80">
      <w:pPr>
        <w:rPr>
          <w:rFonts w:ascii="Calibri Light" w:hAnsi="Calibri Light" w:cs="Calibri Light"/>
        </w:rPr>
      </w:pPr>
      <w:r w:rsidRPr="004227D1">
        <w:rPr>
          <w:rFonts w:ascii="Calibri Light" w:hAnsi="Calibri Light" w:cs="Calibri Light"/>
        </w:rPr>
        <w:t>- Restrictive interventions must never be used as punishment.</w:t>
      </w:r>
    </w:p>
    <w:p w14:paraId="49414B50" w14:textId="77777777" w:rsidR="00CA404D" w:rsidRPr="004227D1" w:rsidRDefault="00B56C80">
      <w:pPr>
        <w:rPr>
          <w:rFonts w:ascii="Calibri Light" w:hAnsi="Calibri Light" w:cs="Calibri Light"/>
        </w:rPr>
      </w:pPr>
      <w:r w:rsidRPr="004227D1">
        <w:rPr>
          <w:rFonts w:ascii="Calibri Light" w:hAnsi="Calibri Light" w:cs="Calibri Light"/>
        </w:rPr>
        <w:t>- Emphasis on prevention, early support, and de-escalation.</w:t>
      </w:r>
    </w:p>
    <w:p w14:paraId="68F30DCF" w14:textId="77777777" w:rsidR="00CA404D" w:rsidRPr="004227D1" w:rsidRDefault="00B56C80">
      <w:pPr>
        <w:rPr>
          <w:rFonts w:ascii="Calibri Light" w:hAnsi="Calibri Light" w:cs="Calibri Light"/>
        </w:rPr>
      </w:pPr>
      <w:r w:rsidRPr="004227D1">
        <w:rPr>
          <w:rFonts w:ascii="Calibri Light" w:hAnsi="Calibri Light" w:cs="Calibri Light"/>
        </w:rPr>
        <w:t>- Staff promote positive relationships and emotional regulation.</w:t>
      </w:r>
    </w:p>
    <w:p w14:paraId="4F659E8E" w14:textId="77777777" w:rsidR="00CA404D" w:rsidRPr="004227D1" w:rsidRDefault="00B56C80">
      <w:pPr>
        <w:rPr>
          <w:rFonts w:ascii="Calibri Light" w:hAnsi="Calibri Light" w:cs="Calibri Light"/>
          <w:b/>
        </w:rPr>
      </w:pPr>
      <w:r w:rsidRPr="004227D1">
        <w:rPr>
          <w:rFonts w:ascii="Calibri Light" w:hAnsi="Calibri Light" w:cs="Calibri Light"/>
          <w:b/>
        </w:rPr>
        <w:t>5. Criteria for Use</w:t>
      </w:r>
    </w:p>
    <w:p w14:paraId="08809E0F" w14:textId="77777777" w:rsidR="00CA404D" w:rsidRPr="004227D1" w:rsidRDefault="00B56C80">
      <w:pPr>
        <w:rPr>
          <w:rFonts w:ascii="Calibri Light" w:hAnsi="Calibri Light" w:cs="Calibri Light"/>
        </w:rPr>
      </w:pPr>
      <w:r w:rsidRPr="004227D1">
        <w:rPr>
          <w:rFonts w:ascii="Calibri Light" w:hAnsi="Calibri Light" w:cs="Calibri Light"/>
        </w:rPr>
        <w:t>Staff may use reasonable force solely to:</w:t>
      </w:r>
    </w:p>
    <w:p w14:paraId="493C4B36" w14:textId="77777777" w:rsidR="00CA404D" w:rsidRPr="004227D1" w:rsidRDefault="00B56C80">
      <w:pPr>
        <w:rPr>
          <w:rFonts w:ascii="Calibri Light" w:hAnsi="Calibri Light" w:cs="Calibri Light"/>
        </w:rPr>
      </w:pPr>
      <w:r w:rsidRPr="004227D1">
        <w:rPr>
          <w:rFonts w:ascii="Calibri Light" w:hAnsi="Calibri Light" w:cs="Calibri Light"/>
        </w:rPr>
        <w:t>- Prevent injury.</w:t>
      </w:r>
    </w:p>
    <w:p w14:paraId="291E4570" w14:textId="77777777" w:rsidR="00CA404D" w:rsidRPr="004227D1" w:rsidRDefault="00B56C80">
      <w:pPr>
        <w:rPr>
          <w:rFonts w:ascii="Calibri Light" w:hAnsi="Calibri Light" w:cs="Calibri Light"/>
        </w:rPr>
      </w:pPr>
      <w:r w:rsidRPr="004227D1">
        <w:rPr>
          <w:rFonts w:ascii="Calibri Light" w:hAnsi="Calibri Light" w:cs="Calibri Light"/>
        </w:rPr>
        <w:t>- Stop a pupil committing a criminal offence.</w:t>
      </w:r>
    </w:p>
    <w:p w14:paraId="095AA5F8" w14:textId="77777777" w:rsidR="00CA404D" w:rsidRPr="004227D1" w:rsidRDefault="00B56C80">
      <w:pPr>
        <w:rPr>
          <w:rFonts w:ascii="Calibri Light" w:hAnsi="Calibri Light" w:cs="Calibri Light"/>
        </w:rPr>
      </w:pPr>
      <w:r w:rsidRPr="004227D1">
        <w:rPr>
          <w:rFonts w:ascii="Calibri Light" w:hAnsi="Calibri Light" w:cs="Calibri Light"/>
        </w:rPr>
        <w:t>- Stop property damage or serious disruption.</w:t>
      </w:r>
    </w:p>
    <w:p w14:paraId="759DCB1F" w14:textId="77777777" w:rsidR="00CA404D" w:rsidRPr="004227D1" w:rsidRDefault="00B56C80">
      <w:pPr>
        <w:rPr>
          <w:rFonts w:ascii="Calibri Light" w:hAnsi="Calibri Light" w:cs="Calibri Light"/>
          <w:b/>
        </w:rPr>
      </w:pPr>
      <w:r w:rsidRPr="004227D1">
        <w:rPr>
          <w:rFonts w:ascii="Calibri Light" w:hAnsi="Calibri Light" w:cs="Calibri Light"/>
          <w:b/>
        </w:rPr>
        <w:t>6. SEND and Vulnerable Pupils</w:t>
      </w:r>
    </w:p>
    <w:p w14:paraId="41864EA9" w14:textId="77777777" w:rsidR="00CA404D" w:rsidRPr="004227D1" w:rsidRDefault="00B56C80">
      <w:pPr>
        <w:rPr>
          <w:rFonts w:ascii="Calibri Light" w:hAnsi="Calibri Light" w:cs="Calibri Light"/>
        </w:rPr>
      </w:pPr>
      <w:r w:rsidRPr="004227D1">
        <w:rPr>
          <w:rFonts w:ascii="Calibri Light" w:hAnsi="Calibri Light" w:cs="Calibri Light"/>
        </w:rPr>
        <w:t>Adjustments must be made for pupils with SEND. Staff must consider triggers and support plans.</w:t>
      </w:r>
    </w:p>
    <w:p w14:paraId="58848089" w14:textId="77777777" w:rsidR="00CA404D" w:rsidRPr="004227D1" w:rsidRDefault="00B56C80">
      <w:pPr>
        <w:rPr>
          <w:rFonts w:ascii="Calibri Light" w:hAnsi="Calibri Light" w:cs="Calibri Light"/>
          <w:b/>
        </w:rPr>
      </w:pPr>
      <w:r w:rsidRPr="004227D1">
        <w:rPr>
          <w:rFonts w:ascii="Calibri Light" w:hAnsi="Calibri Light" w:cs="Calibri Light"/>
          <w:b/>
        </w:rPr>
        <w:t>7. Staff Training and Preparedness</w:t>
      </w:r>
    </w:p>
    <w:p w14:paraId="6E43EB1F" w14:textId="77777777" w:rsidR="00CA404D" w:rsidRPr="004227D1" w:rsidRDefault="00B56C80">
      <w:pPr>
        <w:rPr>
          <w:rFonts w:ascii="Calibri Light" w:hAnsi="Calibri Light" w:cs="Calibri Light"/>
        </w:rPr>
      </w:pPr>
      <w:r w:rsidRPr="004227D1">
        <w:rPr>
          <w:rFonts w:ascii="Calibri Light" w:hAnsi="Calibri Light" w:cs="Calibri Light"/>
        </w:rPr>
        <w:t>Only trained staff may use restrictive interventions. Training must include legal context, de-escalation, safe techniques, and safeguarding.</w:t>
      </w:r>
    </w:p>
    <w:p w14:paraId="3E9FFEEB" w14:textId="77777777" w:rsidR="00CA404D" w:rsidRPr="004227D1" w:rsidRDefault="00B56C80">
      <w:pPr>
        <w:rPr>
          <w:rFonts w:ascii="Calibri Light" w:hAnsi="Calibri Light" w:cs="Calibri Light"/>
          <w:b/>
        </w:rPr>
      </w:pPr>
      <w:r w:rsidRPr="004227D1">
        <w:rPr>
          <w:rFonts w:ascii="Calibri Light" w:hAnsi="Calibri Light" w:cs="Calibri Light"/>
          <w:b/>
        </w:rPr>
        <w:t>8. Recording and Reporting</w:t>
      </w:r>
    </w:p>
    <w:p w14:paraId="1B03648D" w14:textId="77777777" w:rsidR="00CA404D" w:rsidRPr="004227D1" w:rsidRDefault="00B56C80">
      <w:pPr>
        <w:rPr>
          <w:rFonts w:ascii="Calibri Light" w:hAnsi="Calibri Light" w:cs="Calibri Light"/>
        </w:rPr>
      </w:pPr>
      <w:r w:rsidRPr="004227D1">
        <w:rPr>
          <w:rFonts w:ascii="Calibri Light" w:hAnsi="Calibri Light" w:cs="Calibri Light"/>
        </w:rPr>
        <w:t>From April 2026:</w:t>
      </w:r>
    </w:p>
    <w:p w14:paraId="6C352D44" w14:textId="77777777" w:rsidR="00CA404D" w:rsidRPr="004227D1" w:rsidRDefault="00B56C80">
      <w:pPr>
        <w:rPr>
          <w:rFonts w:ascii="Calibri Light" w:hAnsi="Calibri Light" w:cs="Calibri Light"/>
        </w:rPr>
      </w:pPr>
      <w:r w:rsidRPr="004227D1">
        <w:rPr>
          <w:rFonts w:ascii="Calibri Light" w:hAnsi="Calibri Light" w:cs="Calibri Light"/>
        </w:rPr>
        <w:t>- All incidents must be recorded the same day.</w:t>
      </w:r>
    </w:p>
    <w:p w14:paraId="4F1684CF" w14:textId="77777777" w:rsidR="00CA404D" w:rsidRPr="004227D1" w:rsidRDefault="00B56C80">
      <w:pPr>
        <w:rPr>
          <w:rFonts w:ascii="Calibri Light" w:hAnsi="Calibri Light" w:cs="Calibri Light"/>
        </w:rPr>
      </w:pPr>
      <w:r w:rsidRPr="004227D1">
        <w:rPr>
          <w:rFonts w:ascii="Calibri Light" w:hAnsi="Calibri Light" w:cs="Calibri Light"/>
        </w:rPr>
        <w:t>- Records must include details of the incident, staff involved, pupil needs, reason for intervention, duration, and injuries.</w:t>
      </w:r>
    </w:p>
    <w:p w14:paraId="2DF1E3D3" w14:textId="77777777" w:rsidR="00CA404D" w:rsidRPr="004227D1" w:rsidRDefault="00B56C80">
      <w:pPr>
        <w:rPr>
          <w:rFonts w:ascii="Calibri Light" w:hAnsi="Calibri Light" w:cs="Calibri Light"/>
        </w:rPr>
      </w:pPr>
      <w:r w:rsidRPr="004227D1">
        <w:rPr>
          <w:rFonts w:ascii="Calibri Light" w:hAnsi="Calibri Light" w:cs="Calibri Light"/>
        </w:rPr>
        <w:t>- Parents must be informed promptly.</w:t>
      </w:r>
    </w:p>
    <w:p w14:paraId="33BDDB56" w14:textId="77777777" w:rsidR="00CA404D" w:rsidRPr="004227D1" w:rsidRDefault="00B56C80">
      <w:pPr>
        <w:rPr>
          <w:rFonts w:ascii="Calibri Light" w:hAnsi="Calibri Light" w:cs="Calibri Light"/>
          <w:b/>
        </w:rPr>
      </w:pPr>
      <w:r w:rsidRPr="004227D1">
        <w:rPr>
          <w:rFonts w:ascii="Calibri Light" w:hAnsi="Calibri Light" w:cs="Calibri Light"/>
          <w:b/>
        </w:rPr>
        <w:t>9. Oversight, Monitoring and Review</w:t>
      </w:r>
    </w:p>
    <w:p w14:paraId="1594493D" w14:textId="77777777" w:rsidR="00CA404D" w:rsidRPr="004227D1" w:rsidRDefault="00B56C80">
      <w:pPr>
        <w:rPr>
          <w:rFonts w:ascii="Calibri Light" w:hAnsi="Calibri Light" w:cs="Calibri Light"/>
        </w:rPr>
      </w:pPr>
      <w:r w:rsidRPr="004227D1">
        <w:rPr>
          <w:rFonts w:ascii="Calibri Light" w:hAnsi="Calibri Light" w:cs="Calibri Light"/>
        </w:rPr>
        <w:t>- Governors analyse incident trends.</w:t>
      </w:r>
    </w:p>
    <w:p w14:paraId="74CA5836" w14:textId="77777777" w:rsidR="00CA404D" w:rsidRPr="004227D1" w:rsidRDefault="00B56C80">
      <w:pPr>
        <w:rPr>
          <w:rFonts w:ascii="Calibri Light" w:hAnsi="Calibri Light" w:cs="Calibri Light"/>
        </w:rPr>
      </w:pPr>
      <w:r w:rsidRPr="004227D1">
        <w:rPr>
          <w:rFonts w:ascii="Calibri Light" w:hAnsi="Calibri Light" w:cs="Calibri Light"/>
        </w:rPr>
        <w:t>- Policy reviewed annually or earlier if required.</w:t>
      </w:r>
    </w:p>
    <w:p w14:paraId="11A71285" w14:textId="77777777" w:rsidR="00CA404D" w:rsidRPr="004227D1" w:rsidRDefault="00B56C80">
      <w:pPr>
        <w:rPr>
          <w:rFonts w:ascii="Calibri Light" w:hAnsi="Calibri Light" w:cs="Calibri Light"/>
          <w:b/>
        </w:rPr>
      </w:pPr>
      <w:r w:rsidRPr="004227D1">
        <w:rPr>
          <w:rFonts w:ascii="Calibri Light" w:hAnsi="Calibri Light" w:cs="Calibri Light"/>
          <w:b/>
        </w:rPr>
        <w:t>10. Complaints and Allegations</w:t>
      </w:r>
    </w:p>
    <w:p w14:paraId="517E3861" w14:textId="77777777" w:rsidR="00CA404D" w:rsidRPr="004227D1" w:rsidRDefault="00B56C80">
      <w:pPr>
        <w:rPr>
          <w:rFonts w:ascii="Calibri Light" w:hAnsi="Calibri Light" w:cs="Calibri Light"/>
        </w:rPr>
      </w:pPr>
      <w:r w:rsidRPr="004227D1">
        <w:rPr>
          <w:rFonts w:ascii="Calibri Light" w:hAnsi="Calibri Light" w:cs="Calibri Light"/>
        </w:rPr>
        <w:t>Concerns will follow the school’s Complaints Procedure and safeguarding policies.</w:t>
      </w:r>
    </w:p>
    <w:p w14:paraId="7245C6B0" w14:textId="77777777" w:rsidR="00CA404D" w:rsidRDefault="00CA404D"/>
    <w:sectPr w:rsidR="00CA404D" w:rsidSect="00034616">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25ACF" w14:textId="77777777" w:rsidR="004227D1" w:rsidRDefault="004227D1" w:rsidP="004227D1">
      <w:pPr>
        <w:spacing w:after="0" w:line="240" w:lineRule="auto"/>
      </w:pPr>
      <w:r>
        <w:separator/>
      </w:r>
    </w:p>
  </w:endnote>
  <w:endnote w:type="continuationSeparator" w:id="0">
    <w:p w14:paraId="52F717E0" w14:textId="77777777" w:rsidR="004227D1" w:rsidRDefault="004227D1" w:rsidP="00422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00000287" w:usb1="08070000" w:usb2="00000010" w:usb3="00000000" w:csb0="0002009F" w:csb1="00000000"/>
  </w:font>
  <w:font w:name="Courier">
    <w:panose1 w:val="02070409020205020404"/>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3101672"/>
      <w:docPartObj>
        <w:docPartGallery w:val="Page Numbers (Bottom of Page)"/>
        <w:docPartUnique/>
      </w:docPartObj>
    </w:sdtPr>
    <w:sdtEndPr>
      <w:rPr>
        <w:noProof/>
      </w:rPr>
    </w:sdtEndPr>
    <w:sdtContent>
      <w:p w14:paraId="5464C2F3" w14:textId="2FCA1D8E" w:rsidR="004227D1" w:rsidRDefault="004227D1">
        <w:pPr>
          <w:pStyle w:val="Footer"/>
        </w:pPr>
        <w:r>
          <w:fldChar w:fldCharType="begin"/>
        </w:r>
        <w:r>
          <w:instrText xml:space="preserve"> PAGE   \* MERGEFORMAT </w:instrText>
        </w:r>
        <w:r>
          <w:fldChar w:fldCharType="separate"/>
        </w:r>
        <w:r>
          <w:rPr>
            <w:noProof/>
          </w:rPr>
          <w:t>2</w:t>
        </w:r>
        <w:r>
          <w:rPr>
            <w:noProof/>
          </w:rPr>
          <w:fldChar w:fldCharType="end"/>
        </w:r>
      </w:p>
    </w:sdtContent>
  </w:sdt>
  <w:p w14:paraId="712FB648" w14:textId="77777777" w:rsidR="004227D1" w:rsidRDefault="00422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5F483" w14:textId="77777777" w:rsidR="004227D1" w:rsidRDefault="004227D1" w:rsidP="004227D1">
      <w:pPr>
        <w:spacing w:after="0" w:line="240" w:lineRule="auto"/>
      </w:pPr>
      <w:r>
        <w:separator/>
      </w:r>
    </w:p>
  </w:footnote>
  <w:footnote w:type="continuationSeparator" w:id="0">
    <w:p w14:paraId="63408B1B" w14:textId="77777777" w:rsidR="004227D1" w:rsidRDefault="004227D1" w:rsidP="004227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0441"/>
    <w:rsid w:val="00326F90"/>
    <w:rsid w:val="004227D1"/>
    <w:rsid w:val="00942D16"/>
    <w:rsid w:val="009905A5"/>
    <w:rsid w:val="00AA1D8D"/>
    <w:rsid w:val="00B47730"/>
    <w:rsid w:val="00B56C80"/>
    <w:rsid w:val="00CA404D"/>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64F25E"/>
  <w14:defaultImageDpi w14:val="300"/>
  <w15:docId w15:val="{A7E63042-AE11-4318-B63C-1517D4D0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6587F-7D27-45A8-A77D-C80ED394C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B775FD-0463-429A-890F-F49C145F76AA}">
  <ds:schemaRefs>
    <ds:schemaRef ds:uri="http://schemas.microsoft.com/sharepoint/v3/contenttype/forms"/>
  </ds:schemaRefs>
</ds:datastoreItem>
</file>

<file path=customXml/itemProps3.xml><?xml version="1.0" encoding="utf-8"?>
<ds:datastoreItem xmlns:ds="http://schemas.openxmlformats.org/officeDocument/2006/customXml" ds:itemID="{C1C95B1C-F0F0-4A77-9968-9E55290E4EB3}">
  <ds:schemaRefs>
    <ds:schemaRef ds:uri="http://schemas.openxmlformats.org/package/2006/metadata/core-properties"/>
    <ds:schemaRef ds:uri="91facdbd-dda2-4246-bf67-5c8e3d20b8fc"/>
    <ds:schemaRef ds:uri="http://purl.org/dc/elements/1.1/"/>
    <ds:schemaRef ds:uri="http://schemas.microsoft.com/office/2006/documentManagement/types"/>
    <ds:schemaRef ds:uri="http://schemas.microsoft.com/office/infopath/2007/PartnerControls"/>
    <ds:schemaRef ds:uri="http://www.w3.org/XML/1998/namespace"/>
    <ds:schemaRef ds:uri="http://purl.org/dc/terms/"/>
    <ds:schemaRef ds:uri="http://purl.org/dc/dcmitype/"/>
    <ds:schemaRef ds:uri="http://schemas.microsoft.com/office/2006/metadata/properties"/>
  </ds:schemaRefs>
</ds:datastoreItem>
</file>

<file path=customXml/itemProps4.xml><?xml version="1.0" encoding="utf-8"?>
<ds:datastoreItem xmlns:ds="http://schemas.openxmlformats.org/officeDocument/2006/customXml" ds:itemID="{5AF8E251-C342-421B-97E4-743A3502C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442</Words>
  <Characters>2521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Natalie Harbron</cp:lastModifiedBy>
  <cp:revision>3</cp:revision>
  <dcterms:created xsi:type="dcterms:W3CDTF">2026-05-10T08:21:00Z</dcterms:created>
  <dcterms:modified xsi:type="dcterms:W3CDTF">2026-05-10T08:24:00Z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0x0101003E8E0BB30B79E444915B00E4AE24226C</vt:lpwstr>
  </property>
</Properties>
</file>